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jc w:val="center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582"/>
        <w:gridCol w:w="3014"/>
        <w:gridCol w:w="1729"/>
        <w:gridCol w:w="3314"/>
      </w:tblGrid>
      <w:tr w:rsidR="00D35D9F" w:rsidRPr="00302EDE" w14:paraId="561DABF3" w14:textId="77777777" w:rsidTr="009801F5">
        <w:trPr>
          <w:jc w:val="center"/>
        </w:trPr>
        <w:tc>
          <w:tcPr>
            <w:tcW w:w="1558" w:type="dxa"/>
            <w:vMerge w:val="restart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6AFF84B" w14:textId="77777777" w:rsidR="00D35D9F" w:rsidRPr="00302EDE" w:rsidRDefault="00D35D9F" w:rsidP="009801F5">
            <w:pPr>
              <w:jc w:val="center"/>
              <w:rPr>
                <w:rFonts w:ascii="Cambria" w:hAnsi="Cambria"/>
                <w:sz w:val="20"/>
                <w:szCs w:val="20"/>
                <w:lang w:val="ro-RO"/>
              </w:rPr>
            </w:pPr>
            <w:r w:rsidRPr="00302EDE">
              <w:rPr>
                <w:rFonts w:ascii="Cambria" w:hAnsi="Cambria"/>
                <w:noProof/>
                <w:sz w:val="20"/>
                <w:szCs w:val="20"/>
                <w:lang w:val="ro-RO"/>
              </w:rPr>
              <w:drawing>
                <wp:inline distT="0" distB="0" distL="0" distR="0" wp14:anchorId="7E129FAD" wp14:editId="2B84B931">
                  <wp:extent cx="841972" cy="1298040"/>
                  <wp:effectExtent l="0" t="0" r="0" b="0"/>
                  <wp:docPr id="182436838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578" cy="1314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0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47D51F46" w14:textId="77777777" w:rsidR="00D35D9F" w:rsidRPr="00302EDE" w:rsidRDefault="00D35D9F" w:rsidP="009801F5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Județul Mureș</w:t>
            </w:r>
          </w:p>
        </w:tc>
      </w:tr>
      <w:tr w:rsidR="00D35D9F" w:rsidRPr="00302EDE" w14:paraId="56F78F1D" w14:textId="77777777" w:rsidTr="009801F5">
        <w:trPr>
          <w:jc w:val="center"/>
        </w:trPr>
        <w:tc>
          <w:tcPr>
            <w:tcW w:w="1558" w:type="dxa"/>
            <w:vMerge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4B5A7C38" w14:textId="77777777" w:rsidR="00D35D9F" w:rsidRPr="00302EDE" w:rsidRDefault="00D35D9F" w:rsidP="009801F5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  <w:tc>
          <w:tcPr>
            <w:tcW w:w="7940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695C3C3E" w14:textId="77777777" w:rsidR="00D35D9F" w:rsidRPr="00302EDE" w:rsidRDefault="00D35D9F" w:rsidP="009801F5">
            <w:pPr>
              <w:autoSpaceDE w:val="0"/>
              <w:autoSpaceDN w:val="0"/>
              <w:ind w:left="100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Autoritatea administrației publice</w:t>
            </w:r>
          </w:p>
          <w:p w14:paraId="128016CE" w14:textId="77777777" w:rsidR="00D35D9F" w:rsidRPr="00302EDE" w:rsidRDefault="00D35D9F" w:rsidP="009801F5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Primăria Orașului Luduș</w:t>
            </w:r>
          </w:p>
        </w:tc>
      </w:tr>
      <w:tr w:rsidR="00D35D9F" w:rsidRPr="007822C2" w14:paraId="1FEDAC9F" w14:textId="77777777" w:rsidTr="009801F5">
        <w:trPr>
          <w:jc w:val="center"/>
        </w:trPr>
        <w:tc>
          <w:tcPr>
            <w:tcW w:w="1558" w:type="dxa"/>
            <w:vMerge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723A20CD" w14:textId="77777777" w:rsidR="00D35D9F" w:rsidRPr="00302EDE" w:rsidRDefault="00D35D9F" w:rsidP="009801F5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  <w:tc>
          <w:tcPr>
            <w:tcW w:w="2970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3B094D70" w14:textId="77777777" w:rsidR="00D35D9F" w:rsidRPr="00302EDE" w:rsidRDefault="00D35D9F" w:rsidP="009801F5">
            <w:pPr>
              <w:autoSpaceDE w:val="0"/>
              <w:autoSpaceDN w:val="0"/>
              <w:ind w:left="100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Cod de identificare fiscală (CIF)</w:t>
            </w:r>
          </w:p>
          <w:p w14:paraId="6EEC89FE" w14:textId="77777777" w:rsidR="00D35D9F" w:rsidRPr="00302EDE" w:rsidRDefault="00D35D9F" w:rsidP="009801F5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5669317</w:t>
            </w:r>
          </w:p>
        </w:tc>
        <w:tc>
          <w:tcPr>
            <w:tcW w:w="4970" w:type="dxa"/>
            <w:gridSpan w:val="2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0376B9FB" w14:textId="77777777" w:rsidR="00D35D9F" w:rsidRPr="00302EDE" w:rsidRDefault="00D35D9F" w:rsidP="009801F5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Adresa oficială</w:t>
            </w:r>
          </w:p>
          <w:p w14:paraId="7CC98A74" w14:textId="77777777" w:rsidR="00D35D9F" w:rsidRPr="00302EDE" w:rsidRDefault="00D35D9F" w:rsidP="009801F5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Bd. 1 Decembrie 1918, Nr. 26, Oraș Luduș, Județ Mureș</w:t>
            </w:r>
          </w:p>
          <w:p w14:paraId="5AD16DCA" w14:textId="77777777" w:rsidR="00D35D9F" w:rsidRPr="00302EDE" w:rsidRDefault="00D35D9F" w:rsidP="009801F5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Telefon: 0265411716, 0265411548</w:t>
            </w:r>
          </w:p>
          <w:p w14:paraId="2F6DBCB8" w14:textId="77777777" w:rsidR="00D35D9F" w:rsidRPr="00302EDE" w:rsidRDefault="00D35D9F" w:rsidP="009801F5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e-mail: ludus@ms.e-adm.ro</w:t>
            </w:r>
          </w:p>
        </w:tc>
      </w:tr>
      <w:tr w:rsidR="00D35D9F" w:rsidRPr="00302EDE" w14:paraId="00EF0C2A" w14:textId="77777777" w:rsidTr="009801F5">
        <w:trPr>
          <w:trHeight w:val="20"/>
          <w:jc w:val="center"/>
        </w:trPr>
        <w:tc>
          <w:tcPr>
            <w:tcW w:w="1558" w:type="dxa"/>
            <w:vMerge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7C041810" w14:textId="77777777" w:rsidR="00D35D9F" w:rsidRPr="00302EDE" w:rsidRDefault="00D35D9F" w:rsidP="009801F5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  <w:tc>
          <w:tcPr>
            <w:tcW w:w="4674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441C28E1" w14:textId="77777777" w:rsidR="00D35D9F" w:rsidRPr="00302EDE" w:rsidRDefault="00D35D9F" w:rsidP="009801F5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Număr de înregistrare</w:t>
            </w:r>
          </w:p>
        </w:tc>
        <w:tc>
          <w:tcPr>
            <w:tcW w:w="3266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07591E60" w14:textId="77777777" w:rsidR="00D35D9F" w:rsidRPr="00302EDE" w:rsidRDefault="00D35D9F" w:rsidP="009801F5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Data</w:t>
            </w:r>
          </w:p>
        </w:tc>
      </w:tr>
      <w:tr w:rsidR="00D35D9F" w:rsidRPr="00302EDE" w14:paraId="6EF66877" w14:textId="77777777" w:rsidTr="009801F5">
        <w:trPr>
          <w:jc w:val="center"/>
        </w:trPr>
        <w:tc>
          <w:tcPr>
            <w:tcW w:w="9498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6DB25F14" w14:textId="77777777" w:rsidR="00D35D9F" w:rsidRPr="00302EDE" w:rsidRDefault="00D35D9F" w:rsidP="009801F5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302EDE">
              <w:rPr>
                <w:rFonts w:ascii="Cambria" w:eastAsia="TimesNewRomanPS" w:hAnsi="Cambria"/>
                <w:i/>
                <w:w w:val="97"/>
                <w:sz w:val="20"/>
                <w:szCs w:val="20"/>
                <w:lang w:val="ro-RO"/>
              </w:rPr>
              <w:t xml:space="preserve"> se completează de autoritate — solicitantul nu scrie în această zonă</w:t>
            </w:r>
          </w:p>
        </w:tc>
      </w:tr>
    </w:tbl>
    <w:p w14:paraId="109DC34E" w14:textId="77777777" w:rsidR="00A11ECC" w:rsidRPr="00D35D9F" w:rsidRDefault="00A11ECC" w:rsidP="00D35D9F">
      <w:pPr>
        <w:rPr>
          <w:rFonts w:ascii="Cambria" w:hAnsi="Cambria"/>
        </w:rPr>
      </w:pPr>
    </w:p>
    <w:p w14:paraId="0F5A4CDF" w14:textId="77777777" w:rsidR="00A11ECC" w:rsidRPr="00D35D9F" w:rsidRDefault="00DC7DF7" w:rsidP="00D35D9F">
      <w:pPr>
        <w:jc w:val="center"/>
        <w:rPr>
          <w:rFonts w:ascii="Cambria" w:hAnsi="Cambria"/>
          <w:sz w:val="28"/>
          <w:szCs w:val="28"/>
          <w:lang w:val="ro-RO"/>
        </w:rPr>
      </w:pPr>
      <w:r w:rsidRPr="00D35D9F">
        <w:rPr>
          <w:rFonts w:ascii="Cambria" w:hAnsi="Cambria"/>
          <w:b/>
          <w:sz w:val="28"/>
          <w:szCs w:val="28"/>
          <w:lang w:val="ro-RO"/>
        </w:rPr>
        <w:t>ÎNȘTIINȚARE</w:t>
      </w:r>
    </w:p>
    <w:p w14:paraId="1643D012" w14:textId="77777777" w:rsidR="00A11ECC" w:rsidRPr="00D35D9F" w:rsidRDefault="00DC7DF7" w:rsidP="00D35D9F">
      <w:pPr>
        <w:jc w:val="center"/>
        <w:rPr>
          <w:rFonts w:ascii="Cambria" w:hAnsi="Cambria"/>
          <w:lang w:val="ro-RO"/>
        </w:rPr>
      </w:pPr>
      <w:r w:rsidRPr="00D35D9F">
        <w:rPr>
          <w:rFonts w:ascii="Cambria" w:hAnsi="Cambria"/>
          <w:sz w:val="19"/>
          <w:lang w:val="ro-RO"/>
        </w:rPr>
        <w:t>privind începerea execuției lucrărilor</w:t>
      </w:r>
    </w:p>
    <w:p w14:paraId="4291F9D6" w14:textId="77777777" w:rsidR="00A11ECC" w:rsidRPr="00D35D9F" w:rsidRDefault="00A11ECC" w:rsidP="00D35D9F">
      <w:pPr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A11ECC" w:rsidRPr="00D35D9F" w14:paraId="7612C26F" w14:textId="77777777" w:rsidTr="00D35D9F">
        <w:trPr>
          <w:jc w:val="center"/>
        </w:trPr>
        <w:tc>
          <w:tcPr>
            <w:tcW w:w="9636" w:type="dxa"/>
            <w:shd w:val="clear" w:color="auto" w:fill="F4F4F4"/>
          </w:tcPr>
          <w:p w14:paraId="752A6287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sz w:val="16"/>
                <w:lang w:val="ro-RO"/>
              </w:rPr>
              <w:t xml:space="preserve"> 1. </w:t>
            </w:r>
            <w:r w:rsidRPr="00D35D9F">
              <w:rPr>
                <w:rFonts w:ascii="Cambria" w:hAnsi="Cambria"/>
                <w:b/>
                <w:sz w:val="18"/>
                <w:lang w:val="ro-RO"/>
              </w:rPr>
              <w:t>CĂTRE</w:t>
            </w:r>
          </w:p>
        </w:tc>
      </w:tr>
      <w:tr w:rsidR="00A11ECC" w:rsidRPr="00D35D9F" w14:paraId="37740068" w14:textId="77777777" w:rsidTr="00D35D9F">
        <w:trPr>
          <w:trHeight w:val="510"/>
          <w:jc w:val="center"/>
        </w:trPr>
        <w:tc>
          <w:tcPr>
            <w:tcW w:w="9636" w:type="dxa"/>
          </w:tcPr>
          <w:p w14:paraId="48BA2405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Instituția</w:t>
            </w:r>
          </w:p>
          <w:p w14:paraId="2804ABDC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i/>
                <w:lang w:val="ro-RO"/>
              </w:rPr>
              <w:t>primăria municipiului / orașului / comunei · primăria de sector · consiliul județean</w:t>
            </w:r>
          </w:p>
          <w:p w14:paraId="5641DACE" w14:textId="77777777" w:rsidR="00A11ECC" w:rsidRPr="00D35D9F" w:rsidRDefault="00A11ECC" w:rsidP="00D35D9F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A11ECC" w:rsidRPr="00D35D9F" w14:paraId="57F07BFF" w14:textId="77777777" w:rsidTr="00D35D9F">
        <w:trPr>
          <w:jc w:val="center"/>
        </w:trPr>
        <w:tc>
          <w:tcPr>
            <w:tcW w:w="9636" w:type="dxa"/>
            <w:shd w:val="clear" w:color="auto" w:fill="F4F4F4"/>
          </w:tcPr>
          <w:p w14:paraId="78405B03" w14:textId="77777777" w:rsidR="00A11ECC" w:rsidRPr="00D35D9F" w:rsidRDefault="00DC7DF7" w:rsidP="00D35D9F">
            <w:pPr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lang w:val="ro-RO"/>
              </w:rPr>
              <w:t xml:space="preserve">Cererea va fi transmisă către președintele consiliului județean, primarul general, </w:t>
            </w:r>
            <w:r w:rsidRPr="00D35D9F">
              <w:rPr>
                <w:rFonts w:ascii="Cambria" w:hAnsi="Cambria"/>
                <w:lang w:val="ro-RO"/>
              </w:rPr>
              <w:t>primarul de sector sau primarul municipiului / orașului / comunei, după caz.</w:t>
            </w:r>
          </w:p>
        </w:tc>
      </w:tr>
    </w:tbl>
    <w:p w14:paraId="3FD1D3DB" w14:textId="77777777" w:rsidR="00A11ECC" w:rsidRPr="00D35D9F" w:rsidRDefault="00A11ECC" w:rsidP="00D35D9F">
      <w:pPr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7"/>
        <w:gridCol w:w="803"/>
        <w:gridCol w:w="803"/>
        <w:gridCol w:w="803"/>
        <w:gridCol w:w="803"/>
        <w:gridCol w:w="1607"/>
        <w:gridCol w:w="1607"/>
      </w:tblGrid>
      <w:tr w:rsidR="00A11ECC" w:rsidRPr="00D35D9F" w14:paraId="34B777ED" w14:textId="77777777" w:rsidTr="00D35D9F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sz w:val="16"/>
                <w:lang w:val="ro-RO"/>
              </w:rPr>
              <w:t xml:space="preserve"> </w:t>
            </w:r>
            <w:r w:rsidRPr="00D35D9F">
              <w:rPr>
                <w:rFonts w:ascii="Cambria" w:hAnsi="Cambria"/>
                <w:b/>
                <w:sz w:val="16"/>
                <w:lang w:val="ro-RO"/>
              </w:rPr>
              <w:t xml:space="preserve">2. </w:t>
            </w:r>
            <w:r w:rsidRPr="00D35D9F">
              <w:rPr>
                <w:rFonts w:ascii="Cambria" w:hAnsi="Cambria"/>
                <w:b/>
                <w:sz w:val="18"/>
                <w:lang w:val="ro-RO"/>
              </w:rPr>
              <w:t>SOLICITANTUL</w:t>
            </w:r>
          </w:p>
        </w:tc>
      </w:tr>
      <w:tr w:rsidR="00A11ECC" w:rsidRPr="00D35D9F" w14:paraId="5E841B04" w14:textId="77777777" w:rsidTr="00D35D9F">
        <w:trPr>
          <w:trHeight w:val="510"/>
          <w:jc w:val="center"/>
        </w:trPr>
        <w:tc>
          <w:tcPr>
            <w:tcW w:w="5621" w:type="dxa"/>
            <w:gridSpan w:val="5"/>
          </w:tcPr>
          <w:p w14:paraId="7D808035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Nume și prenume</w:t>
            </w:r>
          </w:p>
          <w:p w14:paraId="45C36B89" w14:textId="77777777" w:rsidR="00A11ECC" w:rsidRPr="00D35D9F" w:rsidRDefault="00A11ECC" w:rsidP="00D35D9F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75015164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CNP</w:t>
            </w:r>
          </w:p>
          <w:p w14:paraId="4E9C5560" w14:textId="77777777" w:rsidR="00A11ECC" w:rsidRPr="00D35D9F" w:rsidRDefault="00A11ECC" w:rsidP="00D35D9F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A11ECC" w:rsidRPr="00D35D9F" w14:paraId="5222187E" w14:textId="77777777" w:rsidTr="00D35D9F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sz w:val="16"/>
                <w:lang w:val="ro-RO"/>
              </w:rPr>
              <w:t xml:space="preserve"> Act de identitate</w:t>
            </w:r>
          </w:p>
        </w:tc>
      </w:tr>
      <w:tr w:rsidR="00A11ECC" w:rsidRPr="00D35D9F" w14:paraId="7E1FD110" w14:textId="77777777" w:rsidTr="00D35D9F">
        <w:trPr>
          <w:trHeight w:val="510"/>
          <w:jc w:val="center"/>
        </w:trPr>
        <w:tc>
          <w:tcPr>
            <w:tcW w:w="1606" w:type="dxa"/>
          </w:tcPr>
          <w:p w14:paraId="011280E1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Seria</w:t>
            </w:r>
          </w:p>
          <w:p w14:paraId="3DE6E8D1" w14:textId="77777777" w:rsidR="00A11ECC" w:rsidRPr="00D35D9F" w:rsidRDefault="00A11ECC" w:rsidP="00D35D9F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5E7E72CA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Numărul</w:t>
            </w:r>
          </w:p>
          <w:p w14:paraId="3406A505" w14:textId="77777777" w:rsidR="00A11ECC" w:rsidRPr="00D35D9F" w:rsidRDefault="00A11ECC" w:rsidP="00D35D9F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4818" w:type="dxa"/>
            <w:gridSpan w:val="5"/>
          </w:tcPr>
          <w:p w14:paraId="7DF59165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Eliberat de</w:t>
            </w:r>
          </w:p>
          <w:p w14:paraId="50D7D510" w14:textId="77777777" w:rsidR="00A11ECC" w:rsidRPr="00D35D9F" w:rsidRDefault="00A11ECC" w:rsidP="00D35D9F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0315ACF2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La data</w:t>
            </w:r>
          </w:p>
          <w:p w14:paraId="71986321" w14:textId="77777777" w:rsidR="00A11ECC" w:rsidRPr="00D35D9F" w:rsidRDefault="00A11ECC" w:rsidP="00D35D9F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A11ECC" w:rsidRPr="00D35D9F" w14:paraId="2B7C18ED" w14:textId="77777777" w:rsidTr="00D35D9F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sz w:val="16"/>
                <w:lang w:val="ro-RO"/>
              </w:rPr>
              <w:t xml:space="preserve"> Domiciliul</w:t>
            </w:r>
          </w:p>
        </w:tc>
      </w:tr>
      <w:tr w:rsidR="00A11ECC" w:rsidRPr="00D35D9F" w14:paraId="71035973" w14:textId="77777777" w:rsidTr="00D35D9F">
        <w:trPr>
          <w:trHeight w:val="510"/>
          <w:jc w:val="center"/>
        </w:trPr>
        <w:tc>
          <w:tcPr>
            <w:tcW w:w="3212" w:type="dxa"/>
            <w:gridSpan w:val="2"/>
          </w:tcPr>
          <w:p w14:paraId="52D50C92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Județul</w:t>
            </w:r>
          </w:p>
          <w:p w14:paraId="52501A06" w14:textId="77777777" w:rsidR="00A11ECC" w:rsidRPr="00D35D9F" w:rsidRDefault="00A11ECC" w:rsidP="00D35D9F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4"/>
          </w:tcPr>
          <w:p w14:paraId="660341FA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Municipiul / orașul / comuna</w:t>
            </w:r>
          </w:p>
          <w:p w14:paraId="2606FFF2" w14:textId="77777777" w:rsidR="00A11ECC" w:rsidRPr="00D35D9F" w:rsidRDefault="00A11ECC" w:rsidP="00D35D9F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75959E82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Satul / sectorul</w:t>
            </w:r>
          </w:p>
          <w:p w14:paraId="07EED8E4" w14:textId="77777777" w:rsidR="00A11ECC" w:rsidRPr="00D35D9F" w:rsidRDefault="00A11ECC" w:rsidP="00D35D9F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A11ECC" w:rsidRPr="00D35D9F" w14:paraId="7BDBDAA6" w14:textId="77777777" w:rsidTr="00D35D9F">
        <w:trPr>
          <w:trHeight w:val="510"/>
          <w:jc w:val="center"/>
        </w:trPr>
        <w:tc>
          <w:tcPr>
            <w:tcW w:w="3212" w:type="dxa"/>
            <w:gridSpan w:val="2"/>
          </w:tcPr>
          <w:p w14:paraId="288B7A94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Strada</w:t>
            </w:r>
          </w:p>
          <w:p w14:paraId="09EA4587" w14:textId="77777777" w:rsidR="00A11ECC" w:rsidRPr="00D35D9F" w:rsidRDefault="00A11ECC" w:rsidP="00D35D9F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7B7A03A3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Nr.</w:t>
            </w:r>
          </w:p>
          <w:p w14:paraId="12EA7BE1" w14:textId="77777777" w:rsidR="00A11ECC" w:rsidRPr="00D35D9F" w:rsidRDefault="00A11ECC" w:rsidP="00D35D9F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489F1D5C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Sc.</w:t>
            </w:r>
          </w:p>
          <w:p w14:paraId="1B363C39" w14:textId="77777777" w:rsidR="00A11ECC" w:rsidRPr="00D35D9F" w:rsidRDefault="00A11ECC" w:rsidP="00D35D9F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0AB11C78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Et.</w:t>
            </w:r>
          </w:p>
          <w:p w14:paraId="479DDF31" w14:textId="77777777" w:rsidR="00A11ECC" w:rsidRPr="00D35D9F" w:rsidRDefault="00A11ECC" w:rsidP="00D35D9F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0E882C1A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Ap.</w:t>
            </w:r>
          </w:p>
          <w:p w14:paraId="191097FF" w14:textId="77777777" w:rsidR="00A11ECC" w:rsidRPr="00D35D9F" w:rsidRDefault="00A11ECC" w:rsidP="00D35D9F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2CA3CE1B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Cod poștal</w:t>
            </w:r>
          </w:p>
          <w:p w14:paraId="2326ABB1" w14:textId="77777777" w:rsidR="00A11ECC" w:rsidRPr="00D35D9F" w:rsidRDefault="00A11ECC" w:rsidP="00D35D9F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1D955C86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Ț</w:t>
            </w:r>
            <w:r w:rsidRPr="00D35D9F">
              <w:rPr>
                <w:rFonts w:ascii="Cambria" w:hAnsi="Cambria"/>
                <w:b/>
                <w:lang w:val="ro-RO"/>
              </w:rPr>
              <w:t>ara</w:t>
            </w:r>
          </w:p>
          <w:p w14:paraId="060B5581" w14:textId="77777777" w:rsidR="00A11ECC" w:rsidRPr="00D35D9F" w:rsidRDefault="00A11ECC" w:rsidP="00D35D9F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A11ECC" w:rsidRPr="00D35D9F" w14:paraId="4DC3EAC3" w14:textId="77777777" w:rsidTr="00D35D9F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sz w:val="16"/>
                <w:lang w:val="ro-RO"/>
              </w:rPr>
              <w:t xml:space="preserve"> Date de contact</w:t>
            </w:r>
          </w:p>
        </w:tc>
      </w:tr>
      <w:tr w:rsidR="00A11ECC" w:rsidRPr="00D35D9F" w14:paraId="018EC0C9" w14:textId="77777777" w:rsidTr="00D35D9F">
        <w:trPr>
          <w:trHeight w:val="510"/>
          <w:jc w:val="center"/>
        </w:trPr>
        <w:tc>
          <w:tcPr>
            <w:tcW w:w="4015" w:type="dxa"/>
            <w:gridSpan w:val="3"/>
          </w:tcPr>
          <w:p w14:paraId="70121A4C" w14:textId="77777777" w:rsidR="00A11ECC" w:rsidRPr="00D35D9F" w:rsidRDefault="00DC7DF7" w:rsidP="00D35D9F">
            <w:pPr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Telefon / fax</w:t>
            </w:r>
          </w:p>
          <w:p w14:paraId="0187BF30" w14:textId="77777777" w:rsidR="00A11ECC" w:rsidRPr="00D35D9F" w:rsidRDefault="00A11ECC" w:rsidP="00D35D9F">
            <w:pPr>
              <w:rPr>
                <w:rFonts w:ascii="Cambria" w:hAnsi="Cambria"/>
                <w:lang w:val="ro-RO"/>
              </w:rPr>
            </w:pPr>
          </w:p>
        </w:tc>
        <w:tc>
          <w:tcPr>
            <w:tcW w:w="5621" w:type="dxa"/>
            <w:gridSpan w:val="5"/>
          </w:tcPr>
          <w:p w14:paraId="4FBE455D" w14:textId="77777777" w:rsidR="00A11ECC" w:rsidRPr="00D35D9F" w:rsidRDefault="00DC7DF7" w:rsidP="00D35D9F">
            <w:pPr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E-mail</w:t>
            </w:r>
          </w:p>
          <w:p w14:paraId="5177F214" w14:textId="77777777" w:rsidR="00A11ECC" w:rsidRPr="00D35D9F" w:rsidRDefault="00A11ECC" w:rsidP="00D35D9F">
            <w:pPr>
              <w:rPr>
                <w:rFonts w:ascii="Cambria" w:hAnsi="Cambria"/>
                <w:lang w:val="ro-RO"/>
              </w:rPr>
            </w:pPr>
          </w:p>
        </w:tc>
      </w:tr>
    </w:tbl>
    <w:p w14:paraId="5C86987D" w14:textId="77777777" w:rsidR="00A11ECC" w:rsidRPr="00D35D9F" w:rsidRDefault="00A11ECC" w:rsidP="00D35D9F">
      <w:pPr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10"/>
        <w:gridCol w:w="5623"/>
      </w:tblGrid>
      <w:tr w:rsidR="00A11ECC" w:rsidRPr="00D35D9F" w14:paraId="1367784F" w14:textId="77777777" w:rsidTr="00D35D9F">
        <w:trPr>
          <w:jc w:val="center"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sz w:val="16"/>
                <w:lang w:val="ro-RO"/>
              </w:rPr>
              <w:t xml:space="preserve"> 3. </w:t>
            </w:r>
            <w:r w:rsidRPr="00D35D9F">
              <w:rPr>
                <w:rFonts w:ascii="Cambria" w:hAnsi="Cambria"/>
                <w:b/>
                <w:sz w:val="18"/>
                <w:lang w:val="ro-RO"/>
              </w:rPr>
              <w:t>TITULAR AL AUTORIZAȚIEI DE CONSTRUIRE / DESFIINȚARE</w:t>
            </w:r>
          </w:p>
        </w:tc>
      </w:tr>
      <w:tr w:rsidR="00A11ECC" w:rsidRPr="00D35D9F" w14:paraId="459283F5" w14:textId="77777777" w:rsidTr="00D35D9F">
        <w:trPr>
          <w:trHeight w:val="510"/>
          <w:jc w:val="center"/>
        </w:trPr>
        <w:tc>
          <w:tcPr>
            <w:tcW w:w="1606" w:type="dxa"/>
          </w:tcPr>
          <w:p w14:paraId="037F2C85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Nr.</w:t>
            </w:r>
          </w:p>
          <w:p w14:paraId="40DB982C" w14:textId="77777777" w:rsidR="00A11ECC" w:rsidRPr="00D35D9F" w:rsidRDefault="00A11ECC" w:rsidP="00D35D9F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2409" w:type="dxa"/>
          </w:tcPr>
          <w:p w14:paraId="4369B01E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Din data</w:t>
            </w:r>
          </w:p>
          <w:p w14:paraId="48964A76" w14:textId="77777777" w:rsidR="00A11ECC" w:rsidRPr="00D35D9F" w:rsidRDefault="00A11ECC" w:rsidP="00D35D9F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5621" w:type="dxa"/>
          </w:tcPr>
          <w:p w14:paraId="48B3695B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Emisă de</w:t>
            </w:r>
          </w:p>
          <w:p w14:paraId="25DDB5C1" w14:textId="77777777" w:rsidR="00A11ECC" w:rsidRPr="00D35D9F" w:rsidRDefault="00A11ECC" w:rsidP="00D35D9F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A11ECC" w:rsidRPr="00D35D9F" w14:paraId="5C8E1AD3" w14:textId="77777777" w:rsidTr="00D35D9F">
        <w:trPr>
          <w:jc w:val="center"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sz w:val="16"/>
                <w:lang w:val="ro-RO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D35D9F" w14:paraId="3EFBA0A3" w14:textId="77777777" w:rsidTr="00D35D9F">
        <w:trPr>
          <w:trHeight w:val="510"/>
          <w:jc w:val="center"/>
        </w:trPr>
        <w:tc>
          <w:tcPr>
            <w:tcW w:w="9636" w:type="dxa"/>
            <w:gridSpan w:val="3"/>
          </w:tcPr>
          <w:p w14:paraId="52A7F641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Denumirea lucrării, capacitatea și categoria de lucrări din autorizație</w:t>
            </w:r>
          </w:p>
          <w:p w14:paraId="109F0125" w14:textId="77777777" w:rsidR="00A11ECC" w:rsidRPr="00D35D9F" w:rsidRDefault="00A11ECC" w:rsidP="00D35D9F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A11ECC" w:rsidRPr="00D35D9F" w14:paraId="795F9BF6" w14:textId="77777777" w:rsidTr="00D35D9F">
        <w:trPr>
          <w:trHeight w:val="510"/>
          <w:jc w:val="center"/>
        </w:trPr>
        <w:tc>
          <w:tcPr>
            <w:tcW w:w="9636" w:type="dxa"/>
            <w:gridSpan w:val="3"/>
          </w:tcPr>
          <w:p w14:paraId="564E6FE5" w14:textId="77777777" w:rsidR="00A11ECC" w:rsidRPr="00D35D9F" w:rsidRDefault="00DC7DF7" w:rsidP="00D35D9F">
            <w:pPr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în valoare de (lei)</w:t>
            </w:r>
          </w:p>
          <w:p w14:paraId="1A278680" w14:textId="77777777" w:rsidR="00A11ECC" w:rsidRPr="00D35D9F" w:rsidRDefault="00A11ECC" w:rsidP="00D35D9F">
            <w:pPr>
              <w:rPr>
                <w:rFonts w:ascii="Cambria" w:hAnsi="Cambria"/>
                <w:lang w:val="ro-RO"/>
              </w:rPr>
            </w:pPr>
          </w:p>
        </w:tc>
      </w:tr>
    </w:tbl>
    <w:p w14:paraId="63EF26CC" w14:textId="77777777" w:rsidR="00A11ECC" w:rsidRPr="00D35D9F" w:rsidRDefault="00A11ECC" w:rsidP="00D35D9F">
      <w:pPr>
        <w:rPr>
          <w:rFonts w:ascii="Cambria" w:hAnsi="Cambria"/>
          <w:lang w:val="ro-RO"/>
        </w:rPr>
      </w:pPr>
    </w:p>
    <w:p w14:paraId="504C3BAB" w14:textId="7646A303" w:rsidR="00A11ECC" w:rsidRPr="00D35D9F" w:rsidRDefault="00E6757A" w:rsidP="00D35D9F">
      <w:pPr>
        <w:tabs>
          <w:tab w:val="center" w:pos="4819"/>
          <w:tab w:val="left" w:pos="7608"/>
        </w:tabs>
        <w:rPr>
          <w:rFonts w:ascii="Cambria" w:hAnsi="Cambria"/>
          <w:sz w:val="28"/>
          <w:szCs w:val="28"/>
          <w:lang w:val="ro-RO"/>
        </w:rPr>
      </w:pPr>
      <w:r w:rsidRPr="00D35D9F">
        <w:rPr>
          <w:rFonts w:ascii="Cambria" w:hAnsi="Cambria"/>
          <w:b/>
          <w:sz w:val="34"/>
          <w:lang w:val="ro-RO"/>
        </w:rPr>
        <w:tab/>
      </w:r>
      <w:r w:rsidRPr="00D35D9F">
        <w:rPr>
          <w:rFonts w:ascii="Cambria" w:hAnsi="Cambria"/>
          <w:b/>
          <w:sz w:val="28"/>
          <w:szCs w:val="28"/>
          <w:lang w:val="ro-RO"/>
        </w:rPr>
        <w:t>ADUC LA CUNOȘTINȚĂ</w:t>
      </w:r>
      <w:r w:rsidRPr="00D35D9F">
        <w:rPr>
          <w:rFonts w:ascii="Cambria" w:hAnsi="Cambria"/>
          <w:b/>
          <w:sz w:val="28"/>
          <w:szCs w:val="28"/>
          <w:lang w:val="ro-RO"/>
        </w:rPr>
        <w:tab/>
      </w:r>
    </w:p>
    <w:p w14:paraId="1799DE9F" w14:textId="77777777" w:rsidR="00A11ECC" w:rsidRPr="00D35D9F" w:rsidRDefault="00A11ECC" w:rsidP="00D35D9F">
      <w:pPr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7"/>
        <w:gridCol w:w="5623"/>
      </w:tblGrid>
      <w:tr w:rsidR="00A11ECC" w:rsidRPr="00D35D9F" w14:paraId="47D7F709" w14:textId="77777777" w:rsidTr="00D35D9F">
        <w:trPr>
          <w:trHeight w:val="510"/>
          <w:jc w:val="center"/>
        </w:trPr>
        <w:tc>
          <w:tcPr>
            <w:tcW w:w="2409" w:type="dxa"/>
          </w:tcPr>
          <w:p w14:paraId="04FE48E4" w14:textId="77777777" w:rsidR="00A11ECC" w:rsidRPr="00D35D9F" w:rsidRDefault="00DC7DF7" w:rsidP="00D35D9F">
            <w:pPr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Că la data de</w:t>
            </w:r>
          </w:p>
          <w:p w14:paraId="2A3EFF1D" w14:textId="77777777" w:rsidR="00A11ECC" w:rsidRPr="00D35D9F" w:rsidRDefault="00A11ECC" w:rsidP="00D35D9F">
            <w:pPr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4DCDBC6C" w14:textId="77777777" w:rsidR="00A11ECC" w:rsidRPr="00D35D9F" w:rsidRDefault="00DC7DF7" w:rsidP="00D35D9F">
            <w:pPr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ora</w:t>
            </w:r>
          </w:p>
          <w:p w14:paraId="68C2609C" w14:textId="77777777" w:rsidR="00A11ECC" w:rsidRPr="00D35D9F" w:rsidRDefault="00A11ECC" w:rsidP="00D35D9F">
            <w:pPr>
              <w:rPr>
                <w:rFonts w:ascii="Cambria" w:hAnsi="Cambria"/>
                <w:lang w:val="ro-RO"/>
              </w:rPr>
            </w:pPr>
          </w:p>
        </w:tc>
        <w:tc>
          <w:tcPr>
            <w:tcW w:w="5621" w:type="dxa"/>
          </w:tcPr>
          <w:p w14:paraId="040137A9" w14:textId="77777777" w:rsidR="00A11ECC" w:rsidRPr="00D35D9F" w:rsidRDefault="00DC7DF7" w:rsidP="00D35D9F">
            <w:pPr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vor începe lucrările de construcții autorizate</w:t>
            </w:r>
          </w:p>
          <w:p w14:paraId="3DC112F4" w14:textId="77777777" w:rsidR="00A11ECC" w:rsidRPr="00D35D9F" w:rsidRDefault="00DC7DF7" w:rsidP="00D35D9F">
            <w:pPr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i/>
                <w:lang w:val="ro-RO"/>
              </w:rPr>
              <w:t>pentru imobilul de mai jos</w:t>
            </w:r>
          </w:p>
          <w:p w14:paraId="3300FC33" w14:textId="77777777" w:rsidR="00A11ECC" w:rsidRPr="00D35D9F" w:rsidRDefault="00A11ECC" w:rsidP="00D35D9F">
            <w:pPr>
              <w:rPr>
                <w:rFonts w:ascii="Cambria" w:hAnsi="Cambria"/>
                <w:lang w:val="ro-RO"/>
              </w:rPr>
            </w:pPr>
          </w:p>
        </w:tc>
      </w:tr>
    </w:tbl>
    <w:p w14:paraId="432CEB30" w14:textId="77777777" w:rsidR="00A11ECC" w:rsidRPr="00D35D9F" w:rsidRDefault="00A11ECC" w:rsidP="00D35D9F">
      <w:pPr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7"/>
        <w:gridCol w:w="2410"/>
        <w:gridCol w:w="803"/>
        <w:gridCol w:w="803"/>
        <w:gridCol w:w="2410"/>
      </w:tblGrid>
      <w:tr w:rsidR="00A11ECC" w:rsidRPr="00D35D9F" w14:paraId="26100B20" w14:textId="77777777" w:rsidTr="00D35D9F">
        <w:trPr>
          <w:jc w:val="center"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sz w:val="16"/>
                <w:lang w:val="ro-RO"/>
              </w:rPr>
              <w:t xml:space="preserve"> 4. </w:t>
            </w:r>
            <w:r w:rsidRPr="00D35D9F">
              <w:rPr>
                <w:rFonts w:ascii="Cambria" w:hAnsi="Cambria"/>
                <w:b/>
                <w:sz w:val="18"/>
                <w:lang w:val="ro-RO"/>
              </w:rPr>
              <w:t>IMOBILUL</w:t>
            </w:r>
          </w:p>
        </w:tc>
      </w:tr>
      <w:tr w:rsidR="00A11ECC" w:rsidRPr="00D35D9F" w14:paraId="7ACF282A" w14:textId="77777777" w:rsidTr="00D35D9F">
        <w:trPr>
          <w:jc w:val="center"/>
        </w:trPr>
        <w:tc>
          <w:tcPr>
            <w:tcW w:w="9636" w:type="dxa"/>
            <w:gridSpan w:val="6"/>
          </w:tcPr>
          <w:p w14:paraId="50878A3D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D35D9F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D35D9F">
              <w:rPr>
                <w:rFonts w:ascii="Cambria" w:hAnsi="Cambria"/>
                <w:sz w:val="16"/>
                <w:lang w:val="ro-RO"/>
              </w:rPr>
              <w:t xml:space="preserve"> teren     </w:t>
            </w:r>
            <w:r w:rsidRPr="00D35D9F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D35D9F">
              <w:rPr>
                <w:rFonts w:ascii="Cambria" w:hAnsi="Cambria"/>
                <w:sz w:val="16"/>
                <w:lang w:val="ro-RO"/>
              </w:rPr>
              <w:t xml:space="preserve"> construc</w:t>
            </w:r>
            <w:r w:rsidRPr="00D35D9F">
              <w:rPr>
                <w:rFonts w:ascii="Cambria" w:hAnsi="Cambria" w:cs="Cambria"/>
                <w:sz w:val="16"/>
                <w:lang w:val="ro-RO"/>
              </w:rPr>
              <w:t>ț</w:t>
            </w:r>
            <w:r w:rsidRPr="00D35D9F">
              <w:rPr>
                <w:rFonts w:ascii="Cambria" w:hAnsi="Cambria"/>
                <w:sz w:val="16"/>
                <w:lang w:val="ro-RO"/>
              </w:rPr>
              <w:t>ii</w:t>
            </w:r>
          </w:p>
        </w:tc>
      </w:tr>
      <w:tr w:rsidR="00A11ECC" w:rsidRPr="00D35D9F" w14:paraId="049C9151" w14:textId="77777777" w:rsidTr="00D35D9F">
        <w:trPr>
          <w:trHeight w:val="510"/>
          <w:jc w:val="center"/>
        </w:trPr>
        <w:tc>
          <w:tcPr>
            <w:tcW w:w="3212" w:type="dxa"/>
            <w:gridSpan w:val="2"/>
          </w:tcPr>
          <w:p w14:paraId="7844C392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Județ</w:t>
            </w:r>
          </w:p>
          <w:p w14:paraId="010FC309" w14:textId="77777777" w:rsidR="00A11ECC" w:rsidRPr="00D35D9F" w:rsidRDefault="00A11ECC" w:rsidP="00D35D9F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54B9E1A5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Municipiu / oraș / comună</w:t>
            </w:r>
          </w:p>
          <w:p w14:paraId="7A126BAD" w14:textId="77777777" w:rsidR="00A11ECC" w:rsidRPr="00D35D9F" w:rsidRDefault="00A11ECC" w:rsidP="00D35D9F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2FB9D75E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Sat / sector</w:t>
            </w:r>
          </w:p>
          <w:p w14:paraId="0787ED05" w14:textId="77777777" w:rsidR="00A11ECC" w:rsidRPr="00D35D9F" w:rsidRDefault="00A11ECC" w:rsidP="00D35D9F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A11ECC" w:rsidRPr="00D35D9F" w14:paraId="36DAE126" w14:textId="77777777" w:rsidTr="00D35D9F">
        <w:trPr>
          <w:trHeight w:val="510"/>
          <w:jc w:val="center"/>
        </w:trPr>
        <w:tc>
          <w:tcPr>
            <w:tcW w:w="1606" w:type="dxa"/>
          </w:tcPr>
          <w:p w14:paraId="057F8242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Cod poștal</w:t>
            </w:r>
          </w:p>
          <w:p w14:paraId="07B4C970" w14:textId="77777777" w:rsidR="00A11ECC" w:rsidRPr="00D35D9F" w:rsidRDefault="00A11ECC" w:rsidP="00D35D9F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4818" w:type="dxa"/>
            <w:gridSpan w:val="3"/>
          </w:tcPr>
          <w:p w14:paraId="3DA08EA7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Strada</w:t>
            </w:r>
          </w:p>
          <w:p w14:paraId="538D62A6" w14:textId="77777777" w:rsidR="00A11ECC" w:rsidRPr="00D35D9F" w:rsidRDefault="00A11ECC" w:rsidP="00D35D9F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720E6D2B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Nr.</w:t>
            </w:r>
          </w:p>
          <w:p w14:paraId="2E7EF5EB" w14:textId="77777777" w:rsidR="00A11ECC" w:rsidRPr="00D35D9F" w:rsidRDefault="00A11ECC" w:rsidP="00D35D9F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2409" w:type="dxa"/>
          </w:tcPr>
          <w:p w14:paraId="57AD1668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Bl. / sc. / et. / ap.</w:t>
            </w:r>
          </w:p>
          <w:p w14:paraId="26416C0C" w14:textId="77777777" w:rsidR="00A11ECC" w:rsidRPr="00D35D9F" w:rsidRDefault="00A11ECC" w:rsidP="00D35D9F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A11ECC" w:rsidRPr="00D35D9F" w14:paraId="4C590D10" w14:textId="77777777" w:rsidTr="00D35D9F">
        <w:trPr>
          <w:trHeight w:val="510"/>
          <w:jc w:val="center"/>
        </w:trPr>
        <w:tc>
          <w:tcPr>
            <w:tcW w:w="5621" w:type="dxa"/>
            <w:gridSpan w:val="3"/>
          </w:tcPr>
          <w:p w14:paraId="05FC5203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Număr cadastral</w:t>
            </w:r>
          </w:p>
          <w:p w14:paraId="3BE30373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i/>
                <w:lang w:val="ro-RO"/>
              </w:rPr>
              <w:t xml:space="preserve">dacă </w:t>
            </w:r>
            <w:r w:rsidRPr="00D35D9F">
              <w:rPr>
                <w:rFonts w:ascii="Cambria" w:hAnsi="Cambria"/>
                <w:i/>
                <w:lang w:val="ro-RO"/>
              </w:rPr>
              <w:t>imobilul e înscris în e-Terra</w:t>
            </w:r>
          </w:p>
          <w:p w14:paraId="0F081BC3" w14:textId="77777777" w:rsidR="00A11ECC" w:rsidRPr="00D35D9F" w:rsidRDefault="00A11ECC" w:rsidP="00D35D9F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Carte funciară nr.</w:t>
            </w:r>
          </w:p>
          <w:p w14:paraId="202F2988" w14:textId="77777777" w:rsidR="00A11ECC" w:rsidRPr="00D35D9F" w:rsidRDefault="00A11ECC" w:rsidP="00D35D9F">
            <w:pPr>
              <w:keepNext/>
              <w:rPr>
                <w:rFonts w:ascii="Cambria" w:hAnsi="Cambria"/>
                <w:lang w:val="ro-RO"/>
              </w:rPr>
            </w:pPr>
          </w:p>
        </w:tc>
      </w:tr>
    </w:tbl>
    <w:p w14:paraId="30B8E0EC" w14:textId="77777777" w:rsidR="00A11ECC" w:rsidRPr="00D35D9F" w:rsidRDefault="00A11ECC" w:rsidP="00D35D9F">
      <w:pPr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20"/>
        <w:gridCol w:w="3213"/>
      </w:tblGrid>
      <w:tr w:rsidR="00A11ECC" w:rsidRPr="00D35D9F" w14:paraId="031C2B49" w14:textId="77777777" w:rsidTr="00D35D9F">
        <w:trPr>
          <w:jc w:val="center"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Pr="00D35D9F" w:rsidRDefault="00DC7DF7" w:rsidP="00D35D9F">
            <w:pPr>
              <w:keepNext/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sz w:val="16"/>
                <w:lang w:val="ro-RO"/>
              </w:rPr>
              <w:t xml:space="preserve"> 5. </w:t>
            </w:r>
            <w:r w:rsidRPr="00D35D9F">
              <w:rPr>
                <w:rFonts w:ascii="Cambria" w:hAnsi="Cambria"/>
                <w:b/>
                <w:sz w:val="18"/>
                <w:lang w:val="ro-RO"/>
              </w:rPr>
              <w:t>DATA ȘI SEMNĂTURA</w:t>
            </w:r>
          </w:p>
        </w:tc>
      </w:tr>
      <w:tr w:rsidR="00A11ECC" w:rsidRPr="00D35D9F" w14:paraId="70317068" w14:textId="77777777" w:rsidTr="00D35D9F">
        <w:trPr>
          <w:trHeight w:val="510"/>
          <w:jc w:val="center"/>
        </w:trPr>
        <w:tc>
          <w:tcPr>
            <w:tcW w:w="1606" w:type="dxa"/>
          </w:tcPr>
          <w:p w14:paraId="6AB536DB" w14:textId="77777777" w:rsidR="00A11ECC" w:rsidRPr="00D35D9F" w:rsidRDefault="00DC7DF7" w:rsidP="00D35D9F">
            <w:pPr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Data</w:t>
            </w:r>
          </w:p>
          <w:p w14:paraId="45065743" w14:textId="77777777" w:rsidR="00A11ECC" w:rsidRPr="00D35D9F" w:rsidRDefault="00A11ECC" w:rsidP="00D35D9F">
            <w:pPr>
              <w:rPr>
                <w:rFonts w:ascii="Cambria" w:hAnsi="Cambria"/>
                <w:lang w:val="ro-RO"/>
              </w:rPr>
            </w:pPr>
          </w:p>
        </w:tc>
        <w:tc>
          <w:tcPr>
            <w:tcW w:w="4818" w:type="dxa"/>
          </w:tcPr>
          <w:p w14:paraId="1F4E7ECE" w14:textId="77777777" w:rsidR="00A11ECC" w:rsidRPr="00D35D9F" w:rsidRDefault="00DC7DF7" w:rsidP="00D35D9F">
            <w:pPr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Titularul autorizației</w:t>
            </w:r>
          </w:p>
          <w:p w14:paraId="21637A08" w14:textId="77777777" w:rsidR="00A11ECC" w:rsidRPr="00D35D9F" w:rsidRDefault="00A11ECC" w:rsidP="00D35D9F">
            <w:pPr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</w:tcPr>
          <w:p w14:paraId="004D4C8B" w14:textId="77777777" w:rsidR="00A11ECC" w:rsidRPr="00D35D9F" w:rsidRDefault="00DC7DF7" w:rsidP="00D35D9F">
            <w:pPr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b/>
                <w:lang w:val="ro-RO"/>
              </w:rPr>
              <w:t>Semnătura</w:t>
            </w:r>
          </w:p>
          <w:p w14:paraId="307E167C" w14:textId="77777777" w:rsidR="00A11ECC" w:rsidRPr="00D35D9F" w:rsidRDefault="00A11ECC" w:rsidP="00D35D9F">
            <w:pPr>
              <w:rPr>
                <w:rFonts w:ascii="Cambria" w:hAnsi="Cambria"/>
                <w:lang w:val="ro-RO"/>
              </w:rPr>
            </w:pPr>
          </w:p>
        </w:tc>
      </w:tr>
    </w:tbl>
    <w:p w14:paraId="33B23A72" w14:textId="77777777" w:rsidR="00A11ECC" w:rsidRPr="00D35D9F" w:rsidRDefault="00A11ECC" w:rsidP="00D35D9F">
      <w:pPr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A11ECC" w:rsidRPr="00D35D9F" w14:paraId="5723B871" w14:textId="77777777" w:rsidTr="00D35D9F">
        <w:trPr>
          <w:jc w:val="center"/>
        </w:trPr>
        <w:tc>
          <w:tcPr>
            <w:tcW w:w="9636" w:type="dxa"/>
            <w:shd w:val="clear" w:color="auto" w:fill="F4F4F4"/>
          </w:tcPr>
          <w:p w14:paraId="5778FA35" w14:textId="77777777" w:rsidR="00A11ECC" w:rsidRPr="00D35D9F" w:rsidRDefault="00DC7DF7" w:rsidP="00D35D9F">
            <w:pPr>
              <w:rPr>
                <w:rFonts w:ascii="Cambria" w:hAnsi="Cambria"/>
                <w:lang w:val="ro-RO"/>
              </w:rPr>
            </w:pPr>
            <w:r w:rsidRPr="00D35D9F">
              <w:rPr>
                <w:rFonts w:ascii="Cambria" w:hAnsi="Cambria"/>
                <w:lang w:val="ro-RO"/>
              </w:rPr>
              <w:t>Formularul se anexează la autorizația de construire / desființare în două exemplare. Titularul autorizației este obligat să păstreze pe șantier un exemplar al acestei înștiințări, cu numărul și data înregistrării la autoritatea emitentă.</w:t>
            </w:r>
          </w:p>
        </w:tc>
      </w:tr>
    </w:tbl>
    <w:p w14:paraId="1067A431" w14:textId="77777777" w:rsidR="00A11ECC" w:rsidRPr="00D35D9F" w:rsidRDefault="00A11ECC" w:rsidP="00D35D9F">
      <w:pPr>
        <w:rPr>
          <w:rFonts w:ascii="Cambria" w:hAnsi="Cambria"/>
          <w:lang w:val="ro-RO"/>
        </w:rPr>
      </w:pPr>
    </w:p>
    <w:sectPr w:rsidR="00A11ECC" w:rsidRPr="00D35D9F" w:rsidSect="00D35D9F">
      <w:footerReference w:type="default" r:id="rId9"/>
      <w:pgSz w:w="11906" w:h="16838"/>
      <w:pgMar w:top="567" w:right="1134" w:bottom="567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9B497" w14:textId="77777777" w:rsidR="00DC7DF7" w:rsidRDefault="00DC7DF7">
      <w:r>
        <w:separator/>
      </w:r>
    </w:p>
  </w:endnote>
  <w:endnote w:type="continuationSeparator" w:id="0">
    <w:p w14:paraId="2FE74BF4" w14:textId="77777777" w:rsidR="00DC7DF7" w:rsidRDefault="00DC7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47B7A71" w:rsidR="00A11ECC" w:rsidRDefault="00DC7DF7">
    <w:pPr>
      <w:pStyle w:val="Footer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9C5F2" w14:textId="77777777" w:rsidR="00DC7DF7" w:rsidRDefault="00DC7DF7">
      <w:r>
        <w:separator/>
      </w:r>
    </w:p>
  </w:footnote>
  <w:footnote w:type="continuationSeparator" w:id="0">
    <w:p w14:paraId="16271800" w14:textId="77777777" w:rsidR="00DC7DF7" w:rsidRDefault="00DC7D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2A3"/>
    <w:rsid w:val="0006063C"/>
    <w:rsid w:val="000A01C0"/>
    <w:rsid w:val="00123DA8"/>
    <w:rsid w:val="0015074B"/>
    <w:rsid w:val="00182EDC"/>
    <w:rsid w:val="001F772B"/>
    <w:rsid w:val="0029639D"/>
    <w:rsid w:val="00326F90"/>
    <w:rsid w:val="006C103E"/>
    <w:rsid w:val="00A11ECC"/>
    <w:rsid w:val="00AA1D8D"/>
    <w:rsid w:val="00B47730"/>
    <w:rsid w:val="00BE01B7"/>
    <w:rsid w:val="00CB0664"/>
    <w:rsid w:val="00D35D9F"/>
    <w:rsid w:val="00DC7DF7"/>
    <w:rsid w:val="00E61A6B"/>
    <w:rsid w:val="00E675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VioB</cp:lastModifiedBy>
  <cp:revision>3</cp:revision>
  <dcterms:created xsi:type="dcterms:W3CDTF">2013-12-23T23:15:00Z</dcterms:created>
  <dcterms:modified xsi:type="dcterms:W3CDTF">2026-08-30T11:45:00Z</dcterms:modified>
  <cp:category/>
</cp:coreProperties>
</file>